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7CCF6" w14:textId="77777777" w:rsidR="00DB698E" w:rsidRDefault="00000000">
      <w:pPr>
        <w:pStyle w:val="Title"/>
      </w:pPr>
      <w:r>
        <w:t>WOODLANDS SCHOOL COUNCIL ASSOCIATION (PARENT SOCIETY)</w:t>
      </w:r>
    </w:p>
    <w:p w14:paraId="41EEEA82" w14:textId="77777777" w:rsidR="00DB698E" w:rsidRDefault="00000000">
      <w:r>
        <w:rPr>
          <w:b/>
        </w:rPr>
        <w:t>Meeting Minutes</w:t>
      </w:r>
      <w:r>
        <w:rPr>
          <w:b/>
        </w:rPr>
        <w:br/>
      </w:r>
    </w:p>
    <w:p w14:paraId="05A761DC" w14:textId="77777777" w:rsidR="00DB698E" w:rsidRDefault="00000000">
      <w:r>
        <w:t>Date: September 23, 2026</w:t>
      </w:r>
    </w:p>
    <w:p w14:paraId="0161E63B" w14:textId="77777777" w:rsidR="00DB698E" w:rsidRDefault="00000000">
      <w:r>
        <w:t>Time: 7:09 PM – 7:49 PM</w:t>
      </w:r>
    </w:p>
    <w:p w14:paraId="23CA067B" w14:textId="77777777" w:rsidR="00DB698E" w:rsidRDefault="00000000">
      <w:r>
        <w:t>Chair: Dustin (Acting Chair)</w:t>
      </w:r>
    </w:p>
    <w:p w14:paraId="18675422" w14:textId="77777777" w:rsidR="00DB698E" w:rsidRDefault="00000000">
      <w:pPr>
        <w:pStyle w:val="Heading1"/>
      </w:pPr>
      <w:r>
        <w:t>1. Call to Order</w:t>
      </w:r>
    </w:p>
    <w:p w14:paraId="4F136B37" w14:textId="5F78DD7A" w:rsidR="00DB698E" w:rsidRDefault="00000000">
      <w:r>
        <w:t>The meeting was called to order at 7:09 PM. The agenda was reviewed and approved.</w:t>
      </w:r>
    </w:p>
    <w:p w14:paraId="3704EA6B" w14:textId="77777777" w:rsidR="00DB698E" w:rsidRDefault="00000000">
      <w:pPr>
        <w:pStyle w:val="Heading1"/>
      </w:pPr>
      <w:r>
        <w:t>2. Approval of Previous Minutes</w:t>
      </w:r>
    </w:p>
    <w:p w14:paraId="52A1ED53" w14:textId="77777777" w:rsidR="00DB698E" w:rsidRDefault="00000000">
      <w:r>
        <w:t>The minutes from the previous meeting were reviewed and approved.</w:t>
      </w:r>
    </w:p>
    <w:p w14:paraId="291A7CEB" w14:textId="77777777" w:rsidR="00DB698E" w:rsidRDefault="00000000">
      <w:pPr>
        <w:pStyle w:val="Heading1"/>
      </w:pPr>
      <w:r>
        <w:t>3. Treasurer's Report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B698E" w14:paraId="358600CB" w14:textId="77777777">
        <w:tc>
          <w:tcPr>
            <w:tcW w:w="4320" w:type="dxa"/>
          </w:tcPr>
          <w:p w14:paraId="78370F32" w14:textId="77777777" w:rsidR="00DB698E" w:rsidRDefault="00000000">
            <w:r>
              <w:t>Account</w:t>
            </w:r>
          </w:p>
        </w:tc>
        <w:tc>
          <w:tcPr>
            <w:tcW w:w="4320" w:type="dxa"/>
          </w:tcPr>
          <w:p w14:paraId="734EEA78" w14:textId="77777777" w:rsidR="00DB698E" w:rsidRDefault="00000000">
            <w:r>
              <w:t>Balance</w:t>
            </w:r>
          </w:p>
        </w:tc>
      </w:tr>
      <w:tr w:rsidR="00DB698E" w14:paraId="416982BC" w14:textId="77777777">
        <w:tc>
          <w:tcPr>
            <w:tcW w:w="4320" w:type="dxa"/>
          </w:tcPr>
          <w:p w14:paraId="70D947AE" w14:textId="77777777" w:rsidR="00DB698E" w:rsidRDefault="00000000">
            <w:r>
              <w:t>General Account</w:t>
            </w:r>
          </w:p>
        </w:tc>
        <w:tc>
          <w:tcPr>
            <w:tcW w:w="4320" w:type="dxa"/>
          </w:tcPr>
          <w:p w14:paraId="5A9FD98B" w14:textId="77777777" w:rsidR="00DB698E" w:rsidRDefault="00000000">
            <w:r>
              <w:t>$11,902.72</w:t>
            </w:r>
          </w:p>
        </w:tc>
      </w:tr>
      <w:tr w:rsidR="00DB698E" w14:paraId="39577AA9" w14:textId="77777777">
        <w:tc>
          <w:tcPr>
            <w:tcW w:w="4320" w:type="dxa"/>
          </w:tcPr>
          <w:p w14:paraId="07C94CF4" w14:textId="77777777" w:rsidR="00DB698E" w:rsidRDefault="00000000">
            <w:r>
              <w:t>AGLC Account</w:t>
            </w:r>
          </w:p>
        </w:tc>
        <w:tc>
          <w:tcPr>
            <w:tcW w:w="4320" w:type="dxa"/>
          </w:tcPr>
          <w:p w14:paraId="5099DA45" w14:textId="77777777" w:rsidR="00DB698E" w:rsidRDefault="00000000">
            <w:r>
              <w:t>$105,743.98</w:t>
            </w:r>
          </w:p>
        </w:tc>
      </w:tr>
    </w:tbl>
    <w:p w14:paraId="6C0966F4" w14:textId="77777777" w:rsidR="00DB698E" w:rsidRDefault="00000000">
      <w:pPr>
        <w:pStyle w:val="Heading2"/>
      </w:pPr>
      <w:r>
        <w:t>School Wish List Funding Approvals</w:t>
      </w:r>
    </w:p>
    <w:p w14:paraId="3FBF9C5F" w14:textId="77777777" w:rsidR="00DB698E" w:rsidRDefault="00000000">
      <w:r>
        <w:t>General Account: Halloween Dance $850; Teacher Literacy Course $1,500; Teacher Meals 2026/2027 $700.</w:t>
      </w:r>
    </w:p>
    <w:p w14:paraId="34DEBA8F" w14:textId="77777777" w:rsidR="00DB698E" w:rsidRDefault="00000000">
      <w:r>
        <w:t>AGLC Account: Transportation $8,000; Youth Singers Residency $6,250; Soccer Residency $3,100; Alien Inline Skating Residency $4,200; Classroom Allocations $2,600; Onsite C Can Storage $5,512.50.</w:t>
      </w:r>
    </w:p>
    <w:p w14:paraId="5FA7D5D1" w14:textId="77777777" w:rsidR="00DB698E" w:rsidRDefault="00000000">
      <w:pPr>
        <w:pStyle w:val="Heading1"/>
      </w:pPr>
      <w:r>
        <w:t>4. Fundraising</w:t>
      </w:r>
    </w:p>
    <w:p w14:paraId="44C292E9" w14:textId="2C7407D8" w:rsidR="00DB698E" w:rsidRDefault="00000000">
      <w:r>
        <w:t xml:space="preserve">8 Cakes Cakesicles fundraiser: flyers end of September, orders due October 2, delivery October 26, </w:t>
      </w:r>
      <w:r w:rsidR="00BE37AD">
        <w:t>**</w:t>
      </w:r>
      <w:r>
        <w:t>volunteer</w:t>
      </w:r>
      <w:r w:rsidR="00BE37AD">
        <w:t>s needed for distribution**</w:t>
      </w:r>
      <w:r>
        <w:t>- information to be added.</w:t>
      </w:r>
    </w:p>
    <w:p w14:paraId="778AC244" w14:textId="77777777" w:rsidR="00DB698E" w:rsidRDefault="00000000">
      <w:pPr>
        <w:pStyle w:val="Heading1"/>
      </w:pPr>
      <w:r>
        <w:lastRenderedPageBreak/>
        <w:t>5. Events and Activities</w:t>
      </w:r>
    </w:p>
    <w:p w14:paraId="78BEAF04" w14:textId="77777777" w:rsidR="00BE37AD" w:rsidRDefault="00000000">
      <w:r>
        <w:t xml:space="preserve">Ice Cream Social revenue $686.00, expenses $347.17, profit $338.83. </w:t>
      </w:r>
    </w:p>
    <w:p w14:paraId="19A5BB8E" w14:textId="77777777" w:rsidR="00BE37AD" w:rsidRDefault="00000000">
      <w:r>
        <w:t xml:space="preserve">Halloween Dance October 22, 6-8 PM; lead: Eryn. </w:t>
      </w:r>
    </w:p>
    <w:p w14:paraId="214BB1CD" w14:textId="464D2C35" w:rsidR="00DB698E" w:rsidRDefault="00000000">
      <w:r>
        <w:t>Healthy Hunger, Mabel's Labels, Benevity, and Skip the Depot updates provided.</w:t>
      </w:r>
    </w:p>
    <w:p w14:paraId="6FF0CC21" w14:textId="77777777" w:rsidR="00DB698E" w:rsidRDefault="00000000">
      <w:pPr>
        <w:pStyle w:val="Heading1"/>
      </w:pPr>
      <w:r>
        <w:t>6. New Business</w:t>
      </w:r>
    </w:p>
    <w:p w14:paraId="38F6A9CF" w14:textId="77777777" w:rsidR="00BE37AD" w:rsidRDefault="00000000" w:rsidP="00BE37AD">
      <w:pPr>
        <w:spacing w:line="300" w:lineRule="atLeast"/>
      </w:pPr>
      <w:r>
        <w:t xml:space="preserve">Discussion regarding </w:t>
      </w:r>
      <w:r w:rsidRPr="00BE37AD">
        <w:rPr>
          <w:b/>
          <w:bCs/>
        </w:rPr>
        <w:t>Pretzel Fundraiser</w:t>
      </w:r>
      <w:r w:rsidR="00BE37AD">
        <w:t xml:space="preserve"> – </w:t>
      </w:r>
    </w:p>
    <w:p w14:paraId="36C0B4F0" w14:textId="1BC34431" w:rsidR="00BE37AD" w:rsidRPr="00BE37AD" w:rsidRDefault="00BE37AD" w:rsidP="00BE37AD">
      <w:pPr>
        <w:pStyle w:val="ListParagraph"/>
        <w:numPr>
          <w:ilvl w:val="0"/>
          <w:numId w:val="12"/>
        </w:numPr>
        <w:spacing w:line="300" w:lineRule="atLeast"/>
        <w:rPr>
          <w:rFonts w:ascii="Segoe UI" w:eastAsia="Times New Roman" w:hAnsi="Segoe UI" w:cs="Segoe UI"/>
          <w:sz w:val="21"/>
          <w:szCs w:val="21"/>
          <w:lang w:val="en-CA" w:eastAsia="en-CA"/>
        </w:rPr>
      </w:pPr>
      <w:r w:rsidRPr="00BE37AD">
        <w:rPr>
          <w:rFonts w:ascii="Segoe UI" w:eastAsia="Times New Roman" w:hAnsi="Segoe UI" w:cs="Segoe UI"/>
          <w:sz w:val="21"/>
          <w:szCs w:val="21"/>
          <w:lang w:val="en-CA" w:eastAsia="en-CA"/>
        </w:rPr>
        <w:t xml:space="preserve">A volunteer lead is required. </w:t>
      </w:r>
    </w:p>
    <w:p w14:paraId="19EA1B8E" w14:textId="5917ECE1" w:rsidR="00BE37AD" w:rsidRPr="00BE37AD" w:rsidRDefault="00BE37AD" w:rsidP="00BE37AD">
      <w:pPr>
        <w:pStyle w:val="ListParagraph"/>
        <w:numPr>
          <w:ilvl w:val="0"/>
          <w:numId w:val="12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val="en-CA" w:eastAsia="en-CA"/>
        </w:rPr>
      </w:pPr>
      <w:r w:rsidRPr="00BE37AD">
        <w:rPr>
          <w:rFonts w:ascii="Segoe UI" w:eastAsia="Times New Roman" w:hAnsi="Segoe UI" w:cs="Segoe UI"/>
          <w:sz w:val="21"/>
          <w:szCs w:val="21"/>
          <w:lang w:val="en-CA" w:eastAsia="en-CA"/>
        </w:rPr>
        <w:t>Vendor bookings may need to be secured well in advance despite the fundraiser being planned for the spring.</w:t>
      </w:r>
    </w:p>
    <w:p w14:paraId="63BC3503" w14:textId="77777777" w:rsidR="00BE37AD" w:rsidRPr="00BE37AD" w:rsidRDefault="00BE37AD" w:rsidP="00BE37AD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val="en-CA" w:eastAsia="en-CA"/>
        </w:rPr>
      </w:pPr>
    </w:p>
    <w:p w14:paraId="2FAA8E70" w14:textId="452FCB30" w:rsidR="00BE37AD" w:rsidRPr="00BE37AD" w:rsidRDefault="00000000" w:rsidP="00BE37AD">
      <w:pPr>
        <w:rPr>
          <w:lang w:val="en-CA"/>
        </w:rPr>
      </w:pPr>
      <w:r w:rsidRPr="00BE37AD">
        <w:rPr>
          <w:b/>
          <w:bCs/>
        </w:rPr>
        <w:t>Carnival Committee</w:t>
      </w:r>
      <w:r w:rsidR="00BE37AD">
        <w:t xml:space="preserve"> – </w:t>
      </w:r>
      <w:r w:rsidR="00BE37AD" w:rsidRPr="00BE37AD">
        <w:rPr>
          <w:lang w:val="en-CA"/>
        </w:rPr>
        <w:t>The committee discussed forming a dedicated Carnival Committee to support future planning and event organization.</w:t>
      </w:r>
    </w:p>
    <w:p w14:paraId="3D271C47" w14:textId="77777777" w:rsidR="00BE37AD" w:rsidRPr="00BE37AD" w:rsidRDefault="00BE37AD" w:rsidP="00BE37AD">
      <w:pPr>
        <w:numPr>
          <w:ilvl w:val="0"/>
          <w:numId w:val="10"/>
        </w:numPr>
        <w:rPr>
          <w:lang w:val="en-CA"/>
        </w:rPr>
      </w:pPr>
      <w:r w:rsidRPr="00BE37AD">
        <w:rPr>
          <w:lang w:val="en-CA"/>
        </w:rPr>
        <w:t>Volunteers are encouraged to participate.</w:t>
      </w:r>
    </w:p>
    <w:p w14:paraId="2074B579" w14:textId="77777777" w:rsidR="00BE37AD" w:rsidRPr="00BE37AD" w:rsidRDefault="00BE37AD" w:rsidP="00BE37AD">
      <w:pPr>
        <w:numPr>
          <w:ilvl w:val="0"/>
          <w:numId w:val="10"/>
        </w:numPr>
        <w:rPr>
          <w:lang w:val="en-CA"/>
        </w:rPr>
      </w:pPr>
      <w:r w:rsidRPr="00BE37AD">
        <w:rPr>
          <w:lang w:val="en-CA"/>
        </w:rPr>
        <w:t>Planning is expected to begin during the fall and winter months.</w:t>
      </w:r>
    </w:p>
    <w:p w14:paraId="03D3F2D9" w14:textId="3862A917" w:rsidR="00DB698E" w:rsidRDefault="00000000">
      <w:r>
        <w:t>Woodcreek Community Association update.</w:t>
      </w:r>
    </w:p>
    <w:p w14:paraId="75180ED3" w14:textId="77777777" w:rsidR="00DB698E" w:rsidRDefault="00000000">
      <w:pPr>
        <w:pStyle w:val="Heading1"/>
      </w:pPr>
      <w:r>
        <w:t>7. Next Meeting</w:t>
      </w:r>
    </w:p>
    <w:p w14:paraId="36FDA3FF" w14:textId="77777777" w:rsidR="00DB698E" w:rsidRDefault="00000000">
      <w:r>
        <w:t>October 21, 2026 following School Council meeting at approximately 7:30 PM.</w:t>
      </w:r>
    </w:p>
    <w:p w14:paraId="3B89447B" w14:textId="77777777" w:rsidR="00DB698E" w:rsidRDefault="00000000">
      <w:pPr>
        <w:pStyle w:val="Heading1"/>
      </w:pPr>
      <w:r>
        <w:t>8. Adjournment</w:t>
      </w:r>
    </w:p>
    <w:p w14:paraId="1C14EA2B" w14:textId="77777777" w:rsidR="00DB698E" w:rsidRDefault="00000000">
      <w:r>
        <w:t>Meeting adjourned at approximately 7:49 PM.</w:t>
      </w:r>
    </w:p>
    <w:sectPr w:rsidR="00DB698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4966C3"/>
    <w:multiLevelType w:val="hybridMultilevel"/>
    <w:tmpl w:val="D18C9D52"/>
    <w:lvl w:ilvl="0" w:tplc="F8522536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E858AB"/>
    <w:multiLevelType w:val="multilevel"/>
    <w:tmpl w:val="E08C0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AE295F"/>
    <w:multiLevelType w:val="hybridMultilevel"/>
    <w:tmpl w:val="BABC31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459432">
    <w:abstractNumId w:val="8"/>
  </w:num>
  <w:num w:numId="2" w16cid:durableId="1738286399">
    <w:abstractNumId w:val="6"/>
  </w:num>
  <w:num w:numId="3" w16cid:durableId="1857840241">
    <w:abstractNumId w:val="5"/>
  </w:num>
  <w:num w:numId="4" w16cid:durableId="1389916496">
    <w:abstractNumId w:val="4"/>
  </w:num>
  <w:num w:numId="5" w16cid:durableId="1787040914">
    <w:abstractNumId w:val="7"/>
  </w:num>
  <w:num w:numId="6" w16cid:durableId="564268785">
    <w:abstractNumId w:val="3"/>
  </w:num>
  <w:num w:numId="7" w16cid:durableId="1680038876">
    <w:abstractNumId w:val="2"/>
  </w:num>
  <w:num w:numId="8" w16cid:durableId="1718236559">
    <w:abstractNumId w:val="1"/>
  </w:num>
  <w:num w:numId="9" w16cid:durableId="2094888679">
    <w:abstractNumId w:val="0"/>
  </w:num>
  <w:num w:numId="10" w16cid:durableId="897478334">
    <w:abstractNumId w:val="10"/>
  </w:num>
  <w:num w:numId="11" w16cid:durableId="1373648254">
    <w:abstractNumId w:val="11"/>
  </w:num>
  <w:num w:numId="12" w16cid:durableId="16712537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757E"/>
    <w:rsid w:val="0029639D"/>
    <w:rsid w:val="00326F90"/>
    <w:rsid w:val="00AA1D8D"/>
    <w:rsid w:val="00B47730"/>
    <w:rsid w:val="00BE37AD"/>
    <w:rsid w:val="00CB0664"/>
    <w:rsid w:val="00DB69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CEAB7E"/>
  <w14:defaultImageDpi w14:val="300"/>
  <w15:docId w15:val="{EB3DCA7D-1D15-46A2-AD46-9A8B9B297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BE37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24909E7923FE4D8B4FE8D94BAA4871" ma:contentTypeVersion="16" ma:contentTypeDescription="Create a new document." ma:contentTypeScope="" ma:versionID="9335c6f400e8efbc41102d50efe99277">
  <xsd:schema xmlns:xsd="http://www.w3.org/2001/XMLSchema" xmlns:xs="http://www.w3.org/2001/XMLSchema" xmlns:p="http://schemas.microsoft.com/office/2006/metadata/properties" xmlns:ns2="d4d3fb1c-c25f-4116-8ef1-da69feed1fb9" xmlns:ns3="c51e7819-2f35-48cb-9ea1-eeddab1ff3fa" xmlns:ns4="185eeb2a-03df-49a4-9e31-7ea3d4d3e592" targetNamespace="http://schemas.microsoft.com/office/2006/metadata/properties" ma:root="true" ma:fieldsID="9cba231a9d7f95186b54479986f65f00" ns2:_="" ns3:_="" ns4:_="">
    <xsd:import namespace="d4d3fb1c-c25f-4116-8ef1-da69feed1fb9"/>
    <xsd:import namespace="c51e7819-2f35-48cb-9ea1-eeddab1ff3fa"/>
    <xsd:import namespace="185eeb2a-03df-49a4-9e31-7ea3d4d3e5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DateTaken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3fb1c-c25f-4116-8ef1-da69feed1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c288277-e2aa-47bb-991c-7716102690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e7819-2f35-48cb-9ea1-eeddab1ff3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94d3e6-ea96-4711-84b1-f5ef0d8e1126}" ma:internalName="TaxCatchAll" ma:showField="CatchAllData" ma:web="c51e7819-2f35-48cb-9ea1-eeddab1ff3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eeb2a-03df-49a4-9e31-7ea3d4d3e5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1e7819-2f35-48cb-9ea1-eeddab1ff3fa" xsi:nil="true"/>
    <lcf76f155ced4ddcb4097134ff3c332f xmlns="d4d3fb1c-c25f-4116-8ef1-da69feed1f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7828D4-5F81-4159-A36E-3426634B49C2}"/>
</file>

<file path=customXml/itemProps3.xml><?xml version="1.0" encoding="utf-8"?>
<ds:datastoreItem xmlns:ds="http://schemas.openxmlformats.org/officeDocument/2006/customXml" ds:itemID="{7D47BC9E-C3E6-494B-AF48-CD2362F78791}"/>
</file>

<file path=customXml/itemProps4.xml><?xml version="1.0" encoding="utf-8"?>
<ds:datastoreItem xmlns:ds="http://schemas.openxmlformats.org/officeDocument/2006/customXml" ds:itemID="{2A2DB7CC-01F2-4D8E-B938-1C9C0461D8BD}"/>
</file>

<file path=docMetadata/LabelInfo.xml><?xml version="1.0" encoding="utf-8"?>
<clbl:labelList xmlns:clbl="http://schemas.microsoft.com/office/2020/mipLabelMetadata">
  <clbl:label id="{235c080e-3229-4a2e-b702-e00c8f196752}" enabled="1" method="Standard" siteId="{1aa51068-11a6-4bd2-8646-1fff31a30ff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Young</dc:creator>
  <cp:keywords/>
  <dc:description>generated by python-docx</dc:description>
  <cp:lastModifiedBy>Courtney Young</cp:lastModifiedBy>
  <cp:revision>2</cp:revision>
  <dcterms:created xsi:type="dcterms:W3CDTF">2026-10-07T20:03:00Z</dcterms:created>
  <dcterms:modified xsi:type="dcterms:W3CDTF">2026-10-07T20:03:00Z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0x010100E324909E7923FE4D8B4FE8D94BAA4871</vt:lpwstr>
  </property>
</Properties>
</file>